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6935" w:rsidRPr="002F5BEC" w:rsidRDefault="00913F91">
      <w:pPr>
        <w:spacing w:after="480"/>
        <w:jc w:val="center"/>
        <w:rPr>
          <w:rFonts w:ascii="Hiragino Mincho Pro W3" w:eastAsia="Hiragino Mincho Pro W3" w:hAnsi="Hiragino Mincho Pro W3"/>
          <w:i/>
          <w:color w:val="7030A0"/>
          <w:lang w:eastAsia="ja-JP"/>
        </w:rPr>
      </w:pPr>
      <w:r w:rsidRPr="002F5BEC">
        <w:rPr>
          <w:rFonts w:ascii="Hiragino Mincho Pro W3" w:eastAsia="Hiragino Mincho Pro W3" w:hAnsi="Hiragino Mincho Pro W3"/>
          <w:b/>
          <w:i/>
          <w:color w:val="7030A0"/>
          <w:sz w:val="36"/>
          <w:lang w:eastAsia="ja-JP"/>
        </w:rPr>
        <w:t>新百合ヶ丘ピアノ音楽教室発表会のお知らせ</w:t>
      </w:r>
    </w:p>
    <w:p w:rsidR="001F6935" w:rsidRDefault="00913F91" w:rsidP="006B4C85">
      <w:pPr>
        <w:spacing w:after="360"/>
        <w:jc w:val="center"/>
        <w:rPr>
          <w:lang w:eastAsia="ja-JP"/>
        </w:rPr>
      </w:pPr>
      <w:r>
        <w:rPr>
          <w:lang w:eastAsia="ja-JP"/>
        </w:rPr>
        <w:t>拝啓</w:t>
      </w:r>
      <w:r>
        <w:rPr>
          <w:lang w:eastAsia="ja-JP"/>
        </w:rPr>
        <w:br/>
      </w:r>
      <w:r>
        <w:rPr>
          <w:lang w:eastAsia="ja-JP"/>
        </w:rPr>
        <w:t>初夏の候、保護者の皆様におかれましては益々ご清栄のこととお慶び申し上げます。</w:t>
      </w:r>
      <w:r>
        <w:rPr>
          <w:lang w:eastAsia="ja-JP"/>
        </w:rPr>
        <w:br/>
      </w:r>
      <w:r>
        <w:rPr>
          <w:lang w:eastAsia="ja-JP"/>
        </w:rPr>
        <w:t>日頃より当教室の音楽教育にご理解と温かいご協力をいただき、心より感謝申し上げます。</w:t>
      </w:r>
      <w:r>
        <w:rPr>
          <w:lang w:eastAsia="ja-JP"/>
        </w:rPr>
        <w:br/>
      </w:r>
      <w:r>
        <w:rPr>
          <w:lang w:eastAsia="ja-JP"/>
        </w:rPr>
        <w:t>さて、日頃の練習の成果を披露する「新百合ヶ丘ピアノ音楽教室発表会」を、</w:t>
      </w:r>
      <w:r w:rsidR="00427017">
        <w:rPr>
          <w:lang w:eastAsia="ja-JP"/>
        </w:rPr>
        <w:br/>
      </w:r>
      <w:r>
        <w:rPr>
          <w:lang w:eastAsia="ja-JP"/>
        </w:rPr>
        <w:t>下記の通り開催する運びとなりました。</w:t>
      </w:r>
      <w:r>
        <w:rPr>
          <w:lang w:eastAsia="ja-JP"/>
        </w:rPr>
        <w:br/>
      </w:r>
      <w:r>
        <w:rPr>
          <w:lang w:eastAsia="ja-JP"/>
        </w:rPr>
        <w:t>生徒の皆さんが一生懸命に練習を重ねてきた素晴らしい演奏を、</w:t>
      </w:r>
      <w:r w:rsidR="00427017">
        <w:rPr>
          <w:lang w:eastAsia="ja-JP"/>
        </w:rPr>
        <w:br/>
      </w:r>
      <w:r>
        <w:rPr>
          <w:lang w:eastAsia="ja-JP"/>
        </w:rPr>
        <w:t>ぜひ会場でお聴きいただき、</w:t>
      </w:r>
      <w:r>
        <w:rPr>
          <w:lang w:eastAsia="ja-JP"/>
        </w:rPr>
        <w:t>温かい拍手をお送りいただければ幸いです。</w:t>
      </w:r>
    </w:p>
    <w:p w:rsidR="001F6935" w:rsidRPr="006B4C85" w:rsidRDefault="006B4C85">
      <w:pPr>
        <w:spacing w:after="240"/>
        <w:jc w:val="center"/>
        <w:rPr>
          <w:rFonts w:hint="eastAsia"/>
          <w:i/>
          <w:lang w:eastAsia="ja-JP"/>
        </w:rPr>
      </w:pPr>
      <w:r>
        <w:rPr>
          <w:rFonts w:hint="eastAsia"/>
          <w:i/>
          <w:lang w:eastAsia="ja-JP"/>
        </w:rPr>
        <w:t>♪</w:t>
      </w:r>
      <w:r>
        <w:rPr>
          <w:rFonts w:hint="eastAsia"/>
          <w:i/>
          <w:lang w:eastAsia="ja-JP"/>
        </w:rPr>
        <w:t>♪♪♪♪♪♪♪♪♪♪♪♪♪♪♪♪♪♪♪♪♪♪♪♪♪♪♪♪♪♪♪♪</w:t>
      </w:r>
      <w:r>
        <w:rPr>
          <w:rFonts w:hint="eastAsia"/>
          <w:i/>
          <w:lang w:eastAsia="ja-JP"/>
        </w:rPr>
        <w:t>♪♪♪♪♪♪♪</w:t>
      </w:r>
    </w:p>
    <w:p w:rsidR="001F6935" w:rsidRDefault="00913F91" w:rsidP="006B4C85">
      <w:pPr>
        <w:spacing w:after="160"/>
        <w:ind w:leftChars="1200" w:left="4076" w:hangingChars="650" w:hanging="1436"/>
      </w:pPr>
      <w:r>
        <w:rPr>
          <w:rFonts w:ascii="ＭＳ ゴシック" w:hAnsi="ＭＳ ゴシック"/>
          <w:b/>
        </w:rPr>
        <w:t>【</w:t>
      </w:r>
      <w:proofErr w:type="spellStart"/>
      <w:r>
        <w:rPr>
          <w:rFonts w:ascii="ＭＳ ゴシック" w:hAnsi="ＭＳ ゴシック"/>
          <w:b/>
        </w:rPr>
        <w:t>日時</w:t>
      </w:r>
      <w:proofErr w:type="spellEnd"/>
      <w:r>
        <w:rPr>
          <w:rFonts w:ascii="ＭＳ ゴシック" w:hAnsi="ＭＳ ゴシック"/>
          <w:b/>
        </w:rPr>
        <w:t>】</w:t>
      </w:r>
      <w:r>
        <w:rPr>
          <w:rFonts w:ascii="ＭＳ ゴシック" w:hAnsi="ＭＳ ゴシック"/>
          <w:b/>
        </w:rPr>
        <w:t xml:space="preserve"> </w:t>
      </w:r>
      <w:r w:rsidR="006B4C85" w:rsidRPr="006B4C85">
        <w:rPr>
          <w:rFonts w:ascii="ＭＳ ゴシック" w:hAnsi="ＭＳ ゴシック" w:hint="eastAsia"/>
          <w:b/>
          <w:lang w:eastAsia="ja-JP"/>
        </w:rPr>
        <w:t xml:space="preserve">　　</w:t>
      </w:r>
      <w:r w:rsidRPr="006B4C85">
        <w:rPr>
          <w:b/>
        </w:rPr>
        <w:t>2026</w:t>
      </w:r>
      <w:r w:rsidRPr="006B4C85">
        <w:rPr>
          <w:b/>
        </w:rPr>
        <w:t>年</w:t>
      </w:r>
      <w:r w:rsidRPr="006B4C85">
        <w:rPr>
          <w:b/>
        </w:rPr>
        <w:t>8</w:t>
      </w:r>
      <w:r w:rsidRPr="006B4C85">
        <w:rPr>
          <w:b/>
        </w:rPr>
        <w:t>月</w:t>
      </w:r>
      <w:bookmarkStart w:id="0" w:name="_GoBack"/>
      <w:bookmarkEnd w:id="0"/>
      <w:r w:rsidRPr="006B4C85">
        <w:rPr>
          <w:b/>
        </w:rPr>
        <w:t>23</w:t>
      </w:r>
      <w:r w:rsidRPr="006B4C85">
        <w:rPr>
          <w:b/>
        </w:rPr>
        <w:t>日（日）</w:t>
      </w:r>
      <w:r>
        <w:br/>
      </w:r>
      <w:r>
        <w:t>開場：</w:t>
      </w:r>
      <w:r>
        <w:t>13:</w:t>
      </w:r>
      <w:r w:rsidR="00D14E76">
        <w:rPr>
          <w:rFonts w:hint="eastAsia"/>
          <w:lang w:eastAsia="ja-JP"/>
        </w:rPr>
        <w:t>30</w:t>
      </w:r>
      <w:r>
        <w:t xml:space="preserve">/ </w:t>
      </w:r>
      <w:r>
        <w:t>開演：</w:t>
      </w:r>
      <w:r>
        <w:t>13:</w:t>
      </w:r>
      <w:r w:rsidR="00D14E76">
        <w:rPr>
          <w:rFonts w:hint="eastAsia"/>
          <w:lang w:eastAsia="ja-JP"/>
        </w:rPr>
        <w:t>45</w:t>
      </w:r>
      <w:r>
        <w:t>（予定）</w:t>
      </w:r>
    </w:p>
    <w:p w:rsidR="001F6935" w:rsidRDefault="00913F91" w:rsidP="006B4C85">
      <w:pPr>
        <w:spacing w:after="160"/>
        <w:ind w:leftChars="1200" w:left="4076" w:hangingChars="650" w:hanging="1436"/>
        <w:rPr>
          <w:rFonts w:hint="eastAsia"/>
          <w:lang w:eastAsia="ja-JP"/>
        </w:rPr>
      </w:pPr>
      <w:r>
        <w:rPr>
          <w:rFonts w:ascii="ＭＳ ゴシック" w:hAnsi="ＭＳ ゴシック"/>
          <w:b/>
          <w:lang w:eastAsia="ja-JP"/>
        </w:rPr>
        <w:t>【場所】</w:t>
      </w:r>
      <w:r>
        <w:rPr>
          <w:rFonts w:ascii="ＭＳ ゴシック" w:hAnsi="ＭＳ ゴシック"/>
          <w:b/>
          <w:lang w:eastAsia="ja-JP"/>
        </w:rPr>
        <w:t xml:space="preserve"> </w:t>
      </w:r>
      <w:r w:rsidR="006B4C85">
        <w:rPr>
          <w:rFonts w:ascii="ＭＳ ゴシック" w:hAnsi="ＭＳ ゴシック" w:hint="eastAsia"/>
          <w:b/>
          <w:lang w:eastAsia="ja-JP"/>
        </w:rPr>
        <w:t xml:space="preserve">　</w:t>
      </w:r>
      <w:r w:rsidR="006B4C85" w:rsidRPr="006B4C85">
        <w:rPr>
          <w:rFonts w:ascii="ＭＳ ゴシック" w:hAnsi="ＭＳ ゴシック" w:hint="eastAsia"/>
          <w:b/>
          <w:lang w:eastAsia="ja-JP"/>
        </w:rPr>
        <w:t xml:space="preserve">　</w:t>
      </w:r>
      <w:r w:rsidR="00D14E76" w:rsidRPr="006B4C85">
        <w:rPr>
          <w:rFonts w:hint="eastAsia"/>
          <w:b/>
          <w:lang w:eastAsia="ja-JP"/>
        </w:rPr>
        <w:t>ベヒシュタイン・セントラム東京ザール</w:t>
      </w:r>
      <w:r w:rsidRPr="006B4C85">
        <w:rPr>
          <w:rFonts w:hint="eastAsia"/>
          <w:b/>
          <w:lang w:eastAsia="ja-JP"/>
        </w:rPr>
        <w:br/>
      </w:r>
      <w:r w:rsidR="00D14E76">
        <w:rPr>
          <w:rFonts w:hint="eastAsia"/>
          <w:lang w:eastAsia="ja-JP"/>
        </w:rPr>
        <w:t>東京都千代田区有楽町1-5-1日比谷マリンビル</w:t>
      </w:r>
      <w:r w:rsidR="00D14E76">
        <w:rPr>
          <w:lang w:eastAsia="ja-JP"/>
        </w:rPr>
        <w:t>B</w:t>
      </w:r>
      <w:r w:rsidR="00D14E76">
        <w:rPr>
          <w:rFonts w:hint="eastAsia"/>
          <w:lang w:eastAsia="ja-JP"/>
        </w:rPr>
        <w:t>1</w:t>
      </w:r>
      <w:r>
        <w:rPr>
          <w:rFonts w:hint="eastAsia"/>
          <w:lang w:eastAsia="ja-JP"/>
        </w:rPr>
        <w:br/>
      </w:r>
      <w:r>
        <w:rPr>
          <w:lang w:eastAsia="ja-JP"/>
        </w:rPr>
        <w:t>※</w:t>
      </w:r>
      <w:r w:rsidR="00D14E76">
        <w:rPr>
          <w:rFonts w:hint="eastAsia"/>
          <w:lang w:eastAsia="ja-JP"/>
        </w:rPr>
        <w:t>千代田線日比谷駅</w:t>
      </w:r>
      <w:r w:rsidR="00D14E76">
        <w:rPr>
          <w:lang w:eastAsia="ja-JP"/>
        </w:rPr>
        <w:t>A</w:t>
      </w:r>
      <w:r w:rsidR="00D14E76">
        <w:rPr>
          <w:rFonts w:hint="eastAsia"/>
          <w:lang w:eastAsia="ja-JP"/>
        </w:rPr>
        <w:t>9出口直結</w:t>
      </w:r>
    </w:p>
    <w:p w:rsidR="00D14E76" w:rsidRPr="00D14E76" w:rsidRDefault="00D14E76" w:rsidP="006B4C85">
      <w:pPr>
        <w:spacing w:after="160"/>
        <w:ind w:left="720" w:firstLineChars="850" w:firstLine="1877"/>
        <w:rPr>
          <w:rFonts w:ascii="ＭＳ ゴシック" w:hAnsi="ＭＳ ゴシック" w:hint="eastAsia"/>
          <w:lang w:eastAsia="ja-JP"/>
        </w:rPr>
      </w:pPr>
      <w:r>
        <w:rPr>
          <w:rFonts w:ascii="ＭＳ ゴシック" w:hAnsi="ＭＳ ゴシック"/>
          <w:b/>
          <w:lang w:eastAsia="ja-JP"/>
        </w:rPr>
        <w:t>【</w:t>
      </w:r>
      <w:r>
        <w:rPr>
          <w:rFonts w:ascii="ＭＳ ゴシック" w:hAnsi="ＭＳ ゴシック" w:hint="eastAsia"/>
          <w:b/>
          <w:lang w:eastAsia="ja-JP"/>
        </w:rPr>
        <w:t>参加費</w:t>
      </w:r>
      <w:r>
        <w:rPr>
          <w:rFonts w:ascii="ＭＳ ゴシック" w:hAnsi="ＭＳ ゴシック"/>
          <w:b/>
          <w:lang w:eastAsia="ja-JP"/>
        </w:rPr>
        <w:t>】</w:t>
      </w:r>
      <w:r>
        <w:rPr>
          <w:rFonts w:ascii="ＭＳ ゴシック" w:hAnsi="ＭＳ ゴシック" w:hint="eastAsia"/>
          <w:b/>
          <w:lang w:eastAsia="ja-JP"/>
        </w:rPr>
        <w:t xml:space="preserve">　</w:t>
      </w:r>
      <w:r w:rsidR="006B4C85" w:rsidRPr="006B4C85">
        <w:rPr>
          <w:rFonts w:ascii="ＭＳ ゴシック" w:hAnsi="ＭＳ ゴシック" w:hint="eastAsia"/>
          <w:b/>
          <w:lang w:eastAsia="ja-JP"/>
        </w:rPr>
        <w:t xml:space="preserve">　</w:t>
      </w:r>
      <w:r w:rsidRPr="006B4C85">
        <w:rPr>
          <w:rFonts w:ascii="ＭＳ ゴシック" w:hAnsi="ＭＳ ゴシック" w:hint="eastAsia"/>
          <w:b/>
          <w:lang w:eastAsia="ja-JP"/>
        </w:rPr>
        <w:t>12,000</w:t>
      </w:r>
      <w:r w:rsidRPr="006B4C85">
        <w:rPr>
          <w:rFonts w:ascii="ＭＳ ゴシック" w:hAnsi="ＭＳ ゴシック" w:hint="eastAsia"/>
          <w:b/>
          <w:lang w:eastAsia="ja-JP"/>
        </w:rPr>
        <w:t>円</w:t>
      </w:r>
    </w:p>
    <w:p w:rsidR="001F6935" w:rsidRDefault="00913F91" w:rsidP="006B4C85">
      <w:pPr>
        <w:spacing w:after="160"/>
        <w:ind w:left="720" w:firstLineChars="850" w:firstLine="1877"/>
        <w:rPr>
          <w:lang w:eastAsia="ja-JP"/>
        </w:rPr>
      </w:pPr>
      <w:r>
        <w:rPr>
          <w:rFonts w:ascii="ＭＳ ゴシック" w:hAnsi="ＭＳ ゴシック"/>
          <w:b/>
          <w:lang w:eastAsia="ja-JP"/>
        </w:rPr>
        <w:t>【入場料】</w:t>
      </w:r>
      <w:r>
        <w:rPr>
          <w:rFonts w:ascii="ＭＳ ゴシック" w:hAnsi="ＭＳ ゴシック"/>
          <w:b/>
          <w:lang w:eastAsia="ja-JP"/>
        </w:rPr>
        <w:t xml:space="preserve"> </w:t>
      </w:r>
      <w:r w:rsidR="006B4C85">
        <w:rPr>
          <w:rFonts w:ascii="ＭＳ ゴシック" w:hAnsi="ＭＳ ゴシック" w:hint="eastAsia"/>
          <w:b/>
          <w:lang w:eastAsia="ja-JP"/>
        </w:rPr>
        <w:t xml:space="preserve">　</w:t>
      </w:r>
      <w:r>
        <w:rPr>
          <w:lang w:eastAsia="ja-JP"/>
        </w:rPr>
        <w:t>無料（どなたでもご入場いただけます）</w:t>
      </w:r>
    </w:p>
    <w:p w:rsidR="001F6935" w:rsidRDefault="00913F91" w:rsidP="006B4C85">
      <w:pPr>
        <w:spacing w:after="160"/>
        <w:ind w:leftChars="1056" w:left="4090" w:hangingChars="800" w:hanging="1767"/>
        <w:rPr>
          <w:lang w:eastAsia="ja-JP"/>
        </w:rPr>
      </w:pPr>
      <w:r>
        <w:rPr>
          <w:rFonts w:ascii="ＭＳ ゴシック" w:hAnsi="ＭＳ ゴシック"/>
          <w:b/>
          <w:lang w:eastAsia="ja-JP"/>
        </w:rPr>
        <w:t>【プログラム】</w:t>
      </w:r>
      <w:r w:rsidR="006B4C85">
        <w:rPr>
          <w:rFonts w:ascii="ＭＳ ゴシック" w:hAnsi="ＭＳ ゴシック" w:hint="eastAsia"/>
          <w:b/>
          <w:lang w:eastAsia="ja-JP"/>
        </w:rPr>
        <w:t xml:space="preserve">　</w:t>
      </w:r>
      <w:r>
        <w:rPr>
          <w:lang w:eastAsia="ja-JP"/>
        </w:rPr>
        <w:t>第</w:t>
      </w:r>
      <w:r>
        <w:rPr>
          <w:lang w:eastAsia="ja-JP"/>
        </w:rPr>
        <w:t>1</w:t>
      </w:r>
      <w:r>
        <w:rPr>
          <w:lang w:eastAsia="ja-JP"/>
        </w:rPr>
        <w:t>部：ソロ演奏</w:t>
      </w:r>
      <w:r w:rsidR="006B4C85">
        <w:rPr>
          <w:rFonts w:hint="eastAsia"/>
          <w:lang w:eastAsia="ja-JP"/>
        </w:rPr>
        <w:t>＋連弾</w:t>
      </w:r>
      <w:r>
        <w:rPr>
          <w:lang w:eastAsia="ja-JP"/>
        </w:rPr>
        <w:br/>
      </w:r>
      <w:r w:rsidR="00D14E76">
        <w:rPr>
          <w:rFonts w:hint="eastAsia"/>
          <w:lang w:eastAsia="ja-JP"/>
        </w:rPr>
        <w:t>第2部：</w:t>
      </w:r>
      <w:proofErr w:type="gramStart"/>
      <w:r w:rsidR="00D14E76">
        <w:rPr>
          <w:rFonts w:hint="eastAsia"/>
          <w:lang w:eastAsia="ja-JP"/>
        </w:rPr>
        <w:t>ちょこっと</w:t>
      </w:r>
      <w:proofErr w:type="gramEnd"/>
      <w:r w:rsidR="00D14E76">
        <w:rPr>
          <w:rFonts w:hint="eastAsia"/>
          <w:lang w:eastAsia="ja-JP"/>
        </w:rPr>
        <w:t xml:space="preserve">こんさーと </w:t>
      </w:r>
      <w:r>
        <w:rPr>
          <w:lang w:eastAsia="ja-JP"/>
        </w:rPr>
        <w:br/>
      </w:r>
      <w:r w:rsidR="00427017">
        <w:rPr>
          <w:rFonts w:hint="eastAsia"/>
          <w:lang w:eastAsia="ja-JP"/>
        </w:rPr>
        <w:t>（</w:t>
      </w:r>
      <w:r w:rsidR="006B4C85">
        <w:rPr>
          <w:rFonts w:hint="eastAsia"/>
          <w:lang w:eastAsia="ja-JP"/>
        </w:rPr>
        <w:t>音大時代の同じ門下生だった原口美香先生との連弾です</w:t>
      </w:r>
      <w:r w:rsidR="00427017">
        <w:rPr>
          <w:rFonts w:hint="eastAsia"/>
          <w:lang w:eastAsia="ja-JP"/>
        </w:rPr>
        <w:t>）</w:t>
      </w:r>
    </w:p>
    <w:p w:rsidR="002F5BEC" w:rsidRPr="002F5BEC" w:rsidRDefault="002F5BEC" w:rsidP="006B4C85">
      <w:pPr>
        <w:spacing w:after="80"/>
        <w:ind w:left="288"/>
        <w:jc w:val="center"/>
        <w:rPr>
          <w:b/>
          <w:sz w:val="24"/>
          <w:szCs w:val="24"/>
          <w:lang w:eastAsia="ja-JP"/>
        </w:rPr>
      </w:pPr>
      <w:r w:rsidRPr="002F5BEC">
        <w:rPr>
          <w:rFonts w:hint="eastAsia"/>
          <w:b/>
          <w:sz w:val="24"/>
          <w:szCs w:val="24"/>
          <w:lang w:eastAsia="ja-JP"/>
        </w:rPr>
        <w:t>♪ご来場にあたってのお願い♪</w:t>
      </w:r>
    </w:p>
    <w:p w:rsidR="00427017" w:rsidRDefault="002F5BEC" w:rsidP="006B4C85">
      <w:pPr>
        <w:spacing w:after="80"/>
        <w:ind w:left="288"/>
        <w:jc w:val="center"/>
        <w:rPr>
          <w:sz w:val="20"/>
          <w:lang w:eastAsia="ja-JP"/>
        </w:rPr>
      </w:pPr>
      <w:r>
        <w:rPr>
          <w:rFonts w:hint="eastAsia"/>
          <w:sz w:val="20"/>
          <w:lang w:eastAsia="ja-JP"/>
        </w:rPr>
        <w:t>♪</w:t>
      </w:r>
      <w:r w:rsidR="00913F91">
        <w:rPr>
          <w:sz w:val="20"/>
          <w:lang w:eastAsia="ja-JP"/>
        </w:rPr>
        <w:t>ホール内での写真・動画撮影は、演奏の妨げにならないよう指定のエリアまたは</w:t>
      </w:r>
    </w:p>
    <w:p w:rsidR="001F6935" w:rsidRDefault="00913F91" w:rsidP="006B4C85">
      <w:pPr>
        <w:spacing w:after="80"/>
        <w:ind w:left="288" w:firstLineChars="100" w:firstLine="200"/>
        <w:jc w:val="center"/>
        <w:rPr>
          <w:lang w:eastAsia="ja-JP"/>
        </w:rPr>
      </w:pPr>
      <w:r>
        <w:rPr>
          <w:sz w:val="20"/>
          <w:lang w:eastAsia="ja-JP"/>
        </w:rPr>
        <w:t>自席からフラッシュなしでお願いいたします。</w:t>
      </w:r>
    </w:p>
    <w:p w:rsidR="001F6935" w:rsidRDefault="002F5BEC" w:rsidP="006B4C85">
      <w:pPr>
        <w:spacing w:after="80"/>
        <w:ind w:left="288"/>
        <w:jc w:val="center"/>
        <w:rPr>
          <w:lang w:eastAsia="ja-JP"/>
        </w:rPr>
      </w:pPr>
      <w:r>
        <w:rPr>
          <w:rFonts w:hint="eastAsia"/>
          <w:sz w:val="20"/>
          <w:lang w:eastAsia="ja-JP"/>
        </w:rPr>
        <w:t>♪</w:t>
      </w:r>
      <w:r w:rsidR="00913F91">
        <w:rPr>
          <w:sz w:val="20"/>
          <w:lang w:eastAsia="ja-JP"/>
        </w:rPr>
        <w:t>小さなお子様を</w:t>
      </w:r>
      <w:r w:rsidR="00913F91">
        <w:rPr>
          <w:sz w:val="20"/>
          <w:lang w:eastAsia="ja-JP"/>
        </w:rPr>
        <w:t>お連れの場合は、演奏中に声が出てしまうなど周囲へのご配慮をお願いいたします。</w:t>
      </w:r>
    </w:p>
    <w:p w:rsidR="001F6935" w:rsidRDefault="002F5BEC" w:rsidP="006B4C85">
      <w:pPr>
        <w:spacing w:after="80"/>
        <w:ind w:left="288"/>
        <w:jc w:val="center"/>
        <w:rPr>
          <w:lang w:eastAsia="ja-JP"/>
        </w:rPr>
      </w:pPr>
      <w:r>
        <w:rPr>
          <w:rFonts w:hint="eastAsia"/>
          <w:sz w:val="20"/>
          <w:lang w:eastAsia="ja-JP"/>
        </w:rPr>
        <w:t>♪</w:t>
      </w:r>
      <w:r w:rsidR="00913F91">
        <w:rPr>
          <w:sz w:val="20"/>
          <w:lang w:eastAsia="ja-JP"/>
        </w:rPr>
        <w:t>進行状況により、各部の開始時間が多少前後する場合がございますので予めご了承ください。</w:t>
      </w:r>
    </w:p>
    <w:p w:rsidR="00427017" w:rsidRPr="00427017" w:rsidRDefault="00913F91" w:rsidP="00427017">
      <w:pPr>
        <w:spacing w:before="480"/>
        <w:ind w:right="500"/>
        <w:jc w:val="right"/>
        <w:rPr>
          <w:rFonts w:hint="eastAsia"/>
          <w:sz w:val="20"/>
          <w:lang w:eastAsia="ja-JP"/>
        </w:rPr>
      </w:pPr>
      <w:r w:rsidRPr="006B4C85">
        <w:rPr>
          <w:i/>
          <w:sz w:val="20"/>
          <w:lang w:eastAsia="ja-JP"/>
        </w:rPr>
        <w:t>新百合ヶ丘ピアノ音楽教室</w:t>
      </w:r>
      <w:r w:rsidRPr="006B4C85">
        <w:rPr>
          <w:i/>
          <w:sz w:val="20"/>
          <w:lang w:eastAsia="ja-JP"/>
        </w:rPr>
        <w:br/>
      </w:r>
      <w:r w:rsidR="00427017" w:rsidRPr="006B4C85">
        <w:rPr>
          <w:i/>
          <w:sz w:val="20"/>
          <w:lang w:eastAsia="ja-JP"/>
        </w:rPr>
        <w:t>主宰：</w:t>
      </w:r>
      <w:r w:rsidR="00427017" w:rsidRPr="006B4C85">
        <w:rPr>
          <w:rFonts w:hint="eastAsia"/>
          <w:i/>
          <w:sz w:val="20"/>
          <w:lang w:eastAsia="ja-JP"/>
        </w:rPr>
        <w:t>森山　泉</w:t>
      </w:r>
      <w:r w:rsidR="00427017" w:rsidRPr="006B4C85">
        <w:rPr>
          <w:i/>
          <w:sz w:val="20"/>
          <w:lang w:eastAsia="ja-JP"/>
        </w:rPr>
        <w:br/>
      </w:r>
      <w:r w:rsidR="00427017">
        <w:rPr>
          <w:sz w:val="20"/>
          <w:lang w:eastAsia="ja-JP"/>
        </w:rPr>
        <w:t>TEL</w:t>
      </w:r>
      <w:r w:rsidR="00427017">
        <w:rPr>
          <w:sz w:val="20"/>
          <w:lang w:eastAsia="ja-JP"/>
        </w:rPr>
        <w:t>：</w:t>
      </w:r>
      <w:r w:rsidR="00427017">
        <w:rPr>
          <w:sz w:val="20"/>
          <w:lang w:eastAsia="ja-JP"/>
        </w:rPr>
        <w:t>090-7942-1435</w:t>
      </w:r>
      <w:r w:rsidR="00427017">
        <w:rPr>
          <w:sz w:val="20"/>
          <w:lang w:eastAsia="ja-JP"/>
        </w:rPr>
        <w:br/>
      </w:r>
      <w:r w:rsidR="00427017">
        <w:rPr>
          <w:sz w:val="20"/>
          <w:lang w:eastAsia="ja-JP"/>
        </w:rPr>
        <w:t>LINE ID</w:t>
      </w:r>
      <w:r w:rsidR="00427017">
        <w:rPr>
          <w:sz w:val="20"/>
          <w:lang w:eastAsia="ja-JP"/>
        </w:rPr>
        <w:t>：</w:t>
      </w:r>
      <w:proofErr w:type="spellStart"/>
      <w:r w:rsidR="00427017">
        <w:rPr>
          <w:sz w:val="20"/>
          <w:lang w:eastAsia="ja-JP"/>
        </w:rPr>
        <w:t>reginaizu</w:t>
      </w:r>
      <w:proofErr w:type="spellEnd"/>
    </w:p>
    <w:sectPr w:rsidR="00427017" w:rsidRPr="00427017" w:rsidSect="004270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Hiragino Mincho Pro W3">
    <w:panose1 w:val="02020300000000000000"/>
    <w:charset w:val="80"/>
    <w:family w:val="roman"/>
    <w:pitch w:val="variable"/>
    <w:sig w:usb0="E00002FF"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6935"/>
    <w:rsid w:val="0029639D"/>
    <w:rsid w:val="002F5BEC"/>
    <w:rsid w:val="00326F90"/>
    <w:rsid w:val="00427017"/>
    <w:rsid w:val="006B4C85"/>
    <w:rsid w:val="00913F91"/>
    <w:rsid w:val="00AA1D8D"/>
    <w:rsid w:val="00B47730"/>
    <w:rsid w:val="00CB0664"/>
    <w:rsid w:val="00D14E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4AB19B52"/>
  <w14:defaultImageDpi w14:val="300"/>
  <w15:docId w15:val="{9E3397BE-8B81-2E4B-8AD6-1A2487DCA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rPr>
      <w:rFonts w:ascii="ＭＳ 明朝" w:hAnsi="ＭＳ 明朝"/>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43DEA-69E8-CF4A-8A55-FCD4A0C25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105</Words>
  <Characters>600</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ユーザー</cp:lastModifiedBy>
  <cp:revision>2</cp:revision>
  <dcterms:created xsi:type="dcterms:W3CDTF">2026-06-27T06:26:00Z</dcterms:created>
  <dcterms:modified xsi:type="dcterms:W3CDTF">2026-06-27T06:26:00Z</dcterms:modified>
  <cp:category/>
</cp:coreProperties>
</file>